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3200400" cy="450056"/>
            <wp:docPr id="1" name="Jury Verdicts Northwest logo" descr="Jury Verdicts Northwes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jvnw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500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Verdict &amp; Settlement Reporting Form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8"/>
        <w:gridCol w:w="3778"/>
        <w:gridCol w:w="1556"/>
        <w:gridCol w:w="3700"/>
      </w:tblGrid>
      <w:tr>
        <w:trPr>
          <w:trHeight w:val="360" w:hRule="atLeast"/>
          <w:cantSplit/>
        </w:trPr>
        <w:tc>
          <w:tcPr>
            <w:tcW w:type="dxa" w:w="147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County/District:</w:t>
            </w:r>
          </w:p>
        </w:tc>
        <w:tc>
          <w:tcPr>
            <w:tcW w:type="dxa" w:w="3778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56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Case Number:</w:t>
            </w:r>
          </w:p>
        </w:tc>
        <w:tc>
          <w:tcPr>
            <w:tcW w:type="dxa" w:w="3700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67"/>
        <w:gridCol w:w="4189"/>
        <w:gridCol w:w="1478"/>
        <w:gridCol w:w="3778"/>
      </w:tblGrid>
      <w:tr>
        <w:trPr>
          <w:trHeight w:val="360" w:hRule="atLeast"/>
          <w:cantSplit/>
        </w:trPr>
        <w:tc>
          <w:tcPr>
            <w:tcW w:type="dxa" w:w="1067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Plaintiff(s):</w:t>
            </w:r>
          </w:p>
        </w:tc>
        <w:tc>
          <w:tcPr>
            <w:tcW w:type="dxa" w:w="418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478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Defendant(s):</w:t>
            </w:r>
          </w:p>
        </w:tc>
        <w:tc>
          <w:tcPr>
            <w:tcW w:type="dxa" w:w="3778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45"/>
        <w:gridCol w:w="2459"/>
        <w:gridCol w:w="934"/>
        <w:gridCol w:w="2570"/>
        <w:gridCol w:w="1756"/>
        <w:gridCol w:w="1748"/>
      </w:tblGrid>
      <w:tr>
        <w:trPr>
          <w:trHeight w:val="360" w:hRule="atLeast"/>
          <w:cantSplit/>
        </w:trPr>
        <w:tc>
          <w:tcPr>
            <w:tcW w:type="dxa" w:w="1045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Trial Date:</w:t>
            </w:r>
          </w:p>
        </w:tc>
        <w:tc>
          <w:tcPr>
            <w:tcW w:type="dxa" w:w="245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934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Length:</w:t>
            </w:r>
          </w:p>
        </w:tc>
        <w:tc>
          <w:tcPr>
            <w:tcW w:type="dxa" w:w="2570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56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Settlement Date:</w:t>
            </w:r>
          </w:p>
        </w:tc>
        <w:tc>
          <w:tcPr>
            <w:tcW w:type="dxa" w:w="1748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01"/>
        <w:gridCol w:w="8511"/>
      </w:tblGrid>
      <w:tr>
        <w:trPr>
          <w:trHeight w:val="360" w:hRule="atLeast"/>
          <w:cantSplit/>
        </w:trPr>
        <w:tc>
          <w:tcPr>
            <w:tcW w:type="dxa" w:w="2001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Trial Judge/Mediator:</w:t>
            </w:r>
          </w:p>
        </w:tc>
        <w:tc>
          <w:tcPr>
            <w:tcW w:type="dxa" w:w="8511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690"/>
        <w:gridCol w:w="1814"/>
        <w:gridCol w:w="1744"/>
        <w:gridCol w:w="1760"/>
        <w:gridCol w:w="2111"/>
        <w:gridCol w:w="1393"/>
      </w:tblGrid>
      <w:tr>
        <w:trPr>
          <w:trHeight w:val="360" w:hRule="atLeast"/>
          <w:cantSplit/>
        </w:trPr>
        <w:tc>
          <w:tcPr>
            <w:tcW w:type="dxa" w:w="1690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Admitted Liability:</w:t>
            </w:r>
          </w:p>
        </w:tc>
        <w:tc>
          <w:tcPr>
            <w:tcW w:type="dxa" w:w="1814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44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Directed Verdict:</w:t>
            </w:r>
          </w:p>
        </w:tc>
        <w:tc>
          <w:tcPr>
            <w:tcW w:type="dxa" w:w="1760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111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Summary Judgment:</w:t>
            </w:r>
          </w:p>
        </w:tc>
        <w:tc>
          <w:tcPr>
            <w:tcW w:type="dxa" w:w="1393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8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33"/>
        <w:gridCol w:w="8679"/>
      </w:tblGrid>
      <w:tr>
        <w:trPr>
          <w:trHeight w:val="360" w:hRule="atLeast"/>
          <w:cantSplit/>
        </w:trPr>
        <w:tc>
          <w:tcPr>
            <w:tcW w:type="dxa" w:w="1833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Plff Atty, Firm, City:</w:t>
            </w:r>
          </w:p>
        </w:tc>
        <w:tc>
          <w:tcPr>
            <w:tcW w:type="dxa" w:w="867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11"/>
        <w:gridCol w:w="8601"/>
      </w:tblGrid>
      <w:tr>
        <w:trPr>
          <w:trHeight w:val="360" w:hRule="atLeast"/>
          <w:cantSplit/>
        </w:trPr>
        <w:tc>
          <w:tcPr>
            <w:tcW w:type="dxa" w:w="1911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Def. Atty, Firm, City:</w:t>
            </w:r>
          </w:p>
        </w:tc>
        <w:tc>
          <w:tcPr>
            <w:tcW w:type="dxa" w:w="8601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8"/>
        <w:gridCol w:w="8544"/>
      </w:tblGrid>
      <w:tr>
        <w:trPr>
          <w:trHeight w:val="360" w:hRule="atLeast"/>
          <w:cantSplit/>
        </w:trPr>
        <w:tc>
          <w:tcPr>
            <w:tcW w:type="dxa" w:w="196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Insurance Company:</w:t>
            </w:r>
          </w:p>
        </w:tc>
        <w:tc>
          <w:tcPr>
            <w:tcW w:type="dxa" w:w="8544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6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90"/>
        <w:gridCol w:w="7922"/>
      </w:tblGrid>
      <w:tr>
        <w:trPr>
          <w:trHeight w:val="360" w:hRule="atLeast"/>
          <w:cantSplit/>
        </w:trPr>
        <w:tc>
          <w:tcPr>
            <w:tcW w:type="dxa" w:w="2590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Plff Doctors, Specialty, City:</w:t>
            </w:r>
          </w:p>
        </w:tc>
        <w:tc>
          <w:tcPr>
            <w:tcW w:type="dxa" w:w="7922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7"/>
        <w:gridCol w:w="7845"/>
      </w:tblGrid>
      <w:tr>
        <w:trPr>
          <w:trHeight w:val="360" w:hRule="atLeast"/>
          <w:cantSplit/>
        </w:trPr>
        <w:tc>
          <w:tcPr>
            <w:tcW w:type="dxa" w:w="2667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Def. Doctors, Specialty, City:</w:t>
            </w:r>
          </w:p>
        </w:tc>
        <w:tc>
          <w:tcPr>
            <w:tcW w:type="dxa" w:w="7845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79"/>
        <w:gridCol w:w="7933"/>
      </w:tblGrid>
      <w:tr>
        <w:trPr>
          <w:trHeight w:val="360" w:hRule="atLeast"/>
          <w:cantSplit/>
        </w:trPr>
        <w:tc>
          <w:tcPr>
            <w:tcW w:type="dxa" w:w="2579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Plff Experts, Specialty, City:</w:t>
            </w:r>
          </w:p>
        </w:tc>
        <w:tc>
          <w:tcPr>
            <w:tcW w:type="dxa" w:w="7933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56"/>
        <w:gridCol w:w="7856"/>
      </w:tblGrid>
      <w:tr>
        <w:trPr>
          <w:trHeight w:val="360" w:hRule="atLeast"/>
          <w:cantSplit/>
        </w:trPr>
        <w:tc>
          <w:tcPr>
            <w:tcW w:type="dxa" w:w="2656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Def. Experts, Specialty, City:</w:t>
            </w:r>
          </w:p>
        </w:tc>
        <w:tc>
          <w:tcPr>
            <w:tcW w:type="dxa" w:w="7856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8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301"/>
        <w:gridCol w:w="1853"/>
        <w:gridCol w:w="3057"/>
        <w:gridCol w:w="4302"/>
      </w:tblGrid>
      <w:tr>
        <w:trPr>
          <w:trHeight w:val="360" w:hRule="atLeast"/>
          <w:cantSplit/>
        </w:trPr>
        <w:tc>
          <w:tcPr>
            <w:tcW w:type="dxa" w:w="1301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Date of Loss:</w:t>
            </w:r>
          </w:p>
        </w:tc>
        <w:tc>
          <w:tcPr>
            <w:tcW w:type="dxa" w:w="1853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057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Plff Age, Gender &amp; Occupation:</w:t>
            </w:r>
          </w:p>
        </w:tc>
        <w:tc>
          <w:tcPr>
            <w:tcW w:type="dxa" w:w="4302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before="80" w:after="20"/>
      </w:pPr>
      <w:r>
        <w:rPr>
          <w:b/>
        </w:rPr>
        <w:t>Facts of Case: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317" w:hRule="atLeast"/>
        </w:trPr>
        <w:tc>
          <w:tcPr>
            <w:tcW w:type="dxa" w:w="10512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/>
            </w:pPr>
          </w:p>
        </w:tc>
      </w:tr>
    </w:tbl>
    <w:p>
      <w:pPr>
        <w:spacing w:line="2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317" w:hRule="atLeast"/>
        </w:trPr>
        <w:tc>
          <w:tcPr>
            <w:tcW w:type="dxa" w:w="10512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/>
            </w:pPr>
          </w:p>
        </w:tc>
      </w:tr>
    </w:tbl>
    <w:p>
      <w:pPr>
        <w:spacing w:line="20" w:lineRule="exact" w:before="0" w:after="0"/>
      </w:pPr>
      <w:r>
        <w:rPr>
          <w:sz w:val="2"/>
        </w:rPr>
      </w:r>
    </w:p>
    <w:p>
      <w:pPr>
        <w:spacing w:line="60" w:lineRule="exact" w:before="0" w:after="0"/>
      </w:pPr>
      <w:r>
        <w:rPr>
          <w:sz w:val="2"/>
        </w:rPr>
      </w:r>
    </w:p>
    <w:p>
      <w:pPr>
        <w:spacing w:before="80" w:after="20"/>
      </w:pPr>
      <w:r>
        <w:rPr>
          <w:b/>
        </w:rPr>
        <w:t>Injuries/Fractures/Surgery: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512"/>
      </w:tblGrid>
      <w:tr>
        <w:trPr>
          <w:trHeight w:val="317" w:hRule="atLeast"/>
        </w:trPr>
        <w:tc>
          <w:tcPr>
            <w:tcW w:type="dxa" w:w="10512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/>
            </w:pPr>
          </w:p>
        </w:tc>
      </w:tr>
    </w:tbl>
    <w:p>
      <w:pPr>
        <w:spacing w:line="20" w:lineRule="exact" w:before="0" w:after="0"/>
      </w:pPr>
      <w:r>
        <w:rPr>
          <w:sz w:val="2"/>
        </w:rPr>
      </w:r>
    </w:p>
    <w:p>
      <w:pPr>
        <w:spacing w:line="6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7"/>
        <w:gridCol w:w="7955"/>
      </w:tblGrid>
      <w:tr>
        <w:trPr>
          <w:trHeight w:val="360" w:hRule="atLeast"/>
          <w:cantSplit/>
        </w:trPr>
        <w:tc>
          <w:tcPr>
            <w:tcW w:type="dxa" w:w="2557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Age of Decedent/Survivors:</w:t>
            </w:r>
          </w:p>
        </w:tc>
        <w:tc>
          <w:tcPr>
            <w:tcW w:type="dxa" w:w="7955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8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8"/>
        <w:gridCol w:w="1536"/>
        <w:gridCol w:w="1545"/>
        <w:gridCol w:w="1959"/>
        <w:gridCol w:w="1733"/>
        <w:gridCol w:w="1771"/>
      </w:tblGrid>
      <w:tr>
        <w:trPr>
          <w:trHeight w:val="360" w:hRule="atLeast"/>
          <w:cantSplit/>
        </w:trPr>
        <w:tc>
          <w:tcPr>
            <w:tcW w:type="dxa" w:w="196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Medical Expenses: $</w:t>
            </w:r>
          </w:p>
        </w:tc>
        <w:tc>
          <w:tcPr>
            <w:tcW w:type="dxa" w:w="1536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45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Lost Wages: $</w:t>
            </w:r>
          </w:p>
        </w:tc>
        <w:tc>
          <w:tcPr>
            <w:tcW w:type="dxa" w:w="195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733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Days Work Lost:</w:t>
            </w:r>
          </w:p>
        </w:tc>
        <w:tc>
          <w:tcPr>
            <w:tcW w:type="dxa" w:w="1771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23"/>
        <w:gridCol w:w="2081"/>
        <w:gridCol w:w="1611"/>
        <w:gridCol w:w="1893"/>
        <w:gridCol w:w="1945"/>
        <w:gridCol w:w="1559"/>
      </w:tblGrid>
      <w:tr>
        <w:trPr>
          <w:trHeight w:val="360" w:hRule="atLeast"/>
          <w:cantSplit/>
        </w:trPr>
        <w:tc>
          <w:tcPr>
            <w:tcW w:type="dxa" w:w="1423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Days in Hosp.:</w:t>
            </w:r>
          </w:p>
        </w:tc>
        <w:tc>
          <w:tcPr>
            <w:tcW w:type="dxa" w:w="2081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611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Prop. Damage:</w:t>
            </w:r>
          </w:p>
        </w:tc>
        <w:tc>
          <w:tcPr>
            <w:tcW w:type="dxa" w:w="1893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945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General Damages:</w:t>
            </w:r>
          </w:p>
        </w:tc>
        <w:tc>
          <w:tcPr>
            <w:tcW w:type="dxa" w:w="155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6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01"/>
        <w:gridCol w:w="4155"/>
        <w:gridCol w:w="2034"/>
        <w:gridCol w:w="3222"/>
      </w:tblGrid>
      <w:tr>
        <w:trPr>
          <w:trHeight w:val="360" w:hRule="atLeast"/>
          <w:cantSplit/>
        </w:trPr>
        <w:tc>
          <w:tcPr>
            <w:tcW w:type="dxa" w:w="1101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Demand: $</w:t>
            </w:r>
          </w:p>
        </w:tc>
        <w:tc>
          <w:tcPr>
            <w:tcW w:type="dxa" w:w="4155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034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Plff asked jury for: $</w:t>
            </w:r>
          </w:p>
        </w:tc>
        <w:tc>
          <w:tcPr>
            <w:tcW w:type="dxa" w:w="3222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89"/>
        <w:gridCol w:w="4467"/>
        <w:gridCol w:w="2056"/>
        <w:gridCol w:w="3200"/>
      </w:tblGrid>
      <w:tr>
        <w:trPr>
          <w:trHeight w:val="360" w:hRule="atLeast"/>
          <w:cantSplit/>
        </w:trPr>
        <w:tc>
          <w:tcPr>
            <w:tcW w:type="dxa" w:w="789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Offer: $</w:t>
            </w:r>
          </w:p>
        </w:tc>
        <w:tc>
          <w:tcPr>
            <w:tcW w:type="dxa" w:w="4467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056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Def asked jury for: $</w:t>
            </w:r>
          </w:p>
        </w:tc>
        <w:tc>
          <w:tcPr>
            <w:tcW w:type="dxa" w:w="3200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34"/>
        <w:gridCol w:w="4152"/>
        <w:gridCol w:w="1845"/>
        <w:gridCol w:w="2780"/>
      </w:tblGrid>
      <w:tr>
        <w:trPr>
          <w:trHeight w:val="360" w:hRule="atLeast"/>
          <w:cantSplit/>
        </w:trPr>
        <w:tc>
          <w:tcPr>
            <w:tcW w:type="dxa" w:w="1734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Settlement Judge:</w:t>
            </w:r>
          </w:p>
        </w:tc>
        <w:tc>
          <w:tcPr>
            <w:tcW w:type="dxa" w:w="4152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845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Recommended: $</w:t>
            </w:r>
          </w:p>
        </w:tc>
        <w:tc>
          <w:tcPr>
            <w:tcW w:type="dxa" w:w="2780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8"/>
        <w:gridCol w:w="2058"/>
        <w:gridCol w:w="1389"/>
        <w:gridCol w:w="1400"/>
        <w:gridCol w:w="259"/>
        <w:gridCol w:w="800"/>
        <w:gridCol w:w="2038"/>
      </w:tblGrid>
      <w:tr>
        <w:trPr>
          <w:trHeight w:val="360" w:hRule="atLeast"/>
          <w:cantSplit/>
        </w:trPr>
        <w:tc>
          <w:tcPr>
            <w:tcW w:type="dxa" w:w="256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Gross Verdict/Settlement: $</w:t>
            </w:r>
          </w:p>
        </w:tc>
        <w:tc>
          <w:tcPr>
            <w:tcW w:type="dxa" w:w="2058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389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Contrib.Neg.</w:t>
            </w:r>
          </w:p>
        </w:tc>
        <w:tc>
          <w:tcPr>
            <w:tcW w:type="dxa" w:w="1400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59"/>
            <w:vAlign w:val="center"/>
            <w:tcMar>
              <w:top w:w="15" w:type="dxa"/>
              <w:bottom w:w="15" w:type="dxa"/>
              <w:left w:w="3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%</w:t>
            </w:r>
          </w:p>
        </w:tc>
        <w:tc>
          <w:tcPr>
            <w:tcW w:type="dxa" w:w="800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Net: $</w:t>
            </w:r>
          </w:p>
        </w:tc>
        <w:tc>
          <w:tcPr>
            <w:tcW w:type="dxa" w:w="2038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34"/>
        <w:gridCol w:w="8578"/>
      </w:tblGrid>
      <w:tr>
        <w:trPr>
          <w:trHeight w:val="360" w:hRule="atLeast"/>
          <w:cantSplit/>
        </w:trPr>
        <w:tc>
          <w:tcPr>
            <w:tcW w:type="dxa" w:w="1934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Or Defense Verdict?</w:t>
            </w:r>
          </w:p>
        </w:tc>
        <w:tc>
          <w:tcPr>
            <w:tcW w:type="dxa" w:w="8578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79"/>
        <w:gridCol w:w="3477"/>
        <w:gridCol w:w="1100"/>
        <w:gridCol w:w="4156"/>
      </w:tblGrid>
      <w:tr>
        <w:trPr>
          <w:trHeight w:val="360" w:hRule="atLeast"/>
          <w:cantSplit/>
        </w:trPr>
        <w:tc>
          <w:tcPr>
            <w:tcW w:type="dxa" w:w="1779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New trial pending?</w:t>
            </w:r>
          </w:p>
        </w:tc>
        <w:tc>
          <w:tcPr>
            <w:tcW w:type="dxa" w:w="3477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100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Granted?</w:t>
            </w:r>
          </w:p>
        </w:tc>
        <w:tc>
          <w:tcPr>
            <w:tcW w:type="dxa" w:w="4156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p>
      <w:pPr>
        <w:spacing w:line="120" w:lineRule="exact" w:before="0" w:after="0"/>
      </w:pPr>
      <w:r>
        <w:rPr>
          <w:sz w:val="2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68"/>
        <w:gridCol w:w="4129"/>
        <w:gridCol w:w="2033"/>
        <w:gridCol w:w="2382"/>
      </w:tblGrid>
      <w:tr>
        <w:trPr>
          <w:trHeight w:val="461" w:hRule="atLeast"/>
          <w:cantSplit/>
        </w:trPr>
        <w:tc>
          <w:tcPr>
            <w:tcW w:type="dxa" w:w="1968"/>
            <w:vAlign w:val="center"/>
            <w:tcMar>
              <w:top w:w="15" w:type="dxa"/>
              <w:bottom w:w="15" w:type="dxa"/>
              <w:left w:w="0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Report submitted by:</w:t>
            </w:r>
          </w:p>
        </w:tc>
        <w:tc>
          <w:tcPr>
            <w:tcW w:type="dxa" w:w="4129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033"/>
            <w:vAlign w:val="center"/>
            <w:tcMar>
              <w:top w:w="15" w:type="dxa"/>
              <w:bottom w:w="15" w:type="dxa"/>
              <w:left w:w="144" w:type="dxa"/>
              <w:right w:w="3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  <w:t>Telephone Number:</w:t>
            </w:r>
          </w:p>
        </w:tc>
        <w:tc>
          <w:tcPr>
            <w:tcW w:type="dxa" w:w="2382"/>
            <w:vAlign w:val="center"/>
            <w:tcMar>
              <w:top w:w="15" w:type="dxa"/>
              <w:bottom w:w="15" w:type="dxa"/>
              <w:left w:w="0" w:type="dxa"/>
              <w:right w:w="0" w:type="dxa"/>
            </w:tcMar>
            <w:tcBorders>
              <w:top w:val="nil"/>
              <w:left w:val="nil"/>
              <w:bottom w:val="single" w:sz="4" w:color="B9C1C9"/>
              <w:right w:val="nil"/>
            </w:tcBorders>
          </w:tcPr>
          <w:p>
            <w:pPr>
              <w:spacing w:line="240" w:lineRule="exact" w:after="0"/>
            </w:pPr>
            <w:r>
              <w:rPr>
                <w:b w:val="0"/>
                <w:sz w:val="20"/>
              </w:rPr>
            </w:r>
          </w:p>
        </w:tc>
      </w:tr>
    </w:tbl>
    <w:p>
      <w:pPr>
        <w:spacing w:line="30" w:lineRule="exact" w:before="0" w:after="0"/>
      </w:pPr>
      <w:r>
        <w:rPr>
          <w:sz w:val="2"/>
        </w:rPr>
      </w:r>
    </w:p>
    <w:sectPr w:rsidR="00FC693F" w:rsidRPr="0006063C" w:rsidSect="00034616">
      <w:footerReference w:type="default" r:id="rId9"/>
      <w:pgSz w:w="12240" w:h="15840"/>
      <w:pgMar w:top="792" w:right="864" w:bottom="1123" w:left="864" w:header="720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line="220" w:lineRule="exact" w:before="0" w:after="0"/>
      <w:jc w:val="center"/>
    </w:pPr>
    <w:r>
      <w:rPr>
        <w:color w:val="000000"/>
        <w:sz w:val="18"/>
      </w:rPr>
      <w:t>P.O. Box 496, Marysville, WA 98270-0496</w:t>
    </w:r>
  </w:p>
  <w:p>
    <w:pPr>
      <w:spacing w:line="220" w:lineRule="exact" w:before="0" w:after="0"/>
      <w:jc w:val="center"/>
    </w:pPr>
    <w:r>
      <w:rPr>
        <w:color w:val="000000"/>
        <w:sz w:val="18"/>
      </w:rPr>
      <w:t>Phone: 425-487-9848    Fax: (425) 482-0527    Email: jvn@juryverdictsnw.com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 w:val="0"/>
      <w:spacing w:after="0" w:line="240" w:lineRule="exact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80" w:line="400" w:lineRule="exact" w:before="140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Verdict &amp; Settlement Reporting Form</dc:title>
  <dc:subject/>
  <dc:creator>Diane Petersen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